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311B8C" w14:textId="77777777" w:rsidR="00B05CC3" w:rsidRDefault="00000000">
      <w:pPr>
        <w:pStyle w:val="ResumeName"/>
      </w:pPr>
      <w:r>
        <w:t>Alex Hawkins</w:t>
      </w:r>
    </w:p>
    <w:p w14:paraId="1DFABE9A" w14:textId="77777777" w:rsidR="00B05CC3" w:rsidRDefault="00000000">
      <w:pPr>
        <w:spacing w:after="80"/>
      </w:pPr>
      <w:r>
        <w:t>Entry-level IT candidate with hands-on experience in technical support, Windows and Linux administration, networking, and self-hosted infrastructure. CompTIA Tech+ certified; CompTIA A+ in progress.</w:t>
      </w:r>
    </w:p>
    <w:p w14:paraId="376ECD46" w14:textId="77777777" w:rsidR="00B05CC3" w:rsidRDefault="00000000">
      <w:pPr>
        <w:spacing w:after="140"/>
      </w:pPr>
      <w:r>
        <w:t xml:space="preserve">Daytona Beach, FL  |  </w:t>
      </w:r>
      <w:hyperlink r:id="rId6">
        <w:r>
          <w:t>alexhawkins.dev</w:t>
        </w:r>
      </w:hyperlink>
      <w:r>
        <w:t xml:space="preserve">  |  </w:t>
      </w:r>
      <w:hyperlink r:id="rId7">
        <w:r>
          <w:t>alexhawkins011@gmail.com</w:t>
        </w:r>
      </w:hyperlink>
      <w:r>
        <w:t xml:space="preserve">  |  </w:t>
      </w:r>
      <w:hyperlink r:id="rId8">
        <w:r>
          <w:t>GitHub</w:t>
        </w:r>
      </w:hyperlink>
      <w:r>
        <w:t xml:space="preserve">  |  Open to relocation</w:t>
      </w:r>
    </w:p>
    <w:p w14:paraId="30C5BA2B" w14:textId="77777777" w:rsidR="00B05CC3" w:rsidRDefault="00000000">
      <w:pPr>
        <w:pStyle w:val="ResumeSection"/>
        <w:keepNext/>
        <w:pBdr>
          <w:bottom w:val="single" w:sz="4" w:space="2" w:color="CBD5E1"/>
        </w:pBdr>
      </w:pPr>
      <w:r>
        <w:t>CERTIFICATIONS</w:t>
      </w:r>
    </w:p>
    <w:p w14:paraId="2C83BEE4" w14:textId="77777777" w:rsidR="00B05CC3" w:rsidRDefault="00000000">
      <w:pPr>
        <w:spacing w:after="40"/>
        <w:ind w:left="259" w:hanging="173"/>
      </w:pPr>
      <w:r>
        <w:t>• CompTIA Tech+</w:t>
      </w:r>
    </w:p>
    <w:p w14:paraId="553EFE4E" w14:textId="78429BEA" w:rsidR="00B05CC3" w:rsidRDefault="00000000">
      <w:pPr>
        <w:spacing w:after="40"/>
        <w:ind w:left="259" w:hanging="173"/>
      </w:pPr>
      <w:r>
        <w:t>• CompTIA A+ — Core 1 (220-1</w:t>
      </w:r>
      <w:r w:rsidR="007841D2">
        <w:t>2</w:t>
      </w:r>
      <w:r>
        <w:t>01) passed September 2026; Core 2 (220-1</w:t>
      </w:r>
      <w:r w:rsidR="007841D2">
        <w:t>2</w:t>
      </w:r>
      <w:r>
        <w:t>02) in progress</w:t>
      </w:r>
    </w:p>
    <w:p w14:paraId="6CAEC921" w14:textId="77777777" w:rsidR="00B05CC3" w:rsidRDefault="00000000">
      <w:pPr>
        <w:pStyle w:val="ResumeSection"/>
        <w:keepNext/>
        <w:pBdr>
          <w:bottom w:val="single" w:sz="4" w:space="2" w:color="CBD5E1"/>
        </w:pBdr>
      </w:pPr>
      <w:r>
        <w:t>TECHNICAL SKILLS</w:t>
      </w:r>
    </w:p>
    <w:p w14:paraId="0866EC2E" w14:textId="77777777" w:rsidR="00B05CC3" w:rsidRDefault="00000000">
      <w:pPr>
        <w:spacing w:after="50"/>
      </w:pPr>
      <w:r>
        <w:rPr>
          <w:b/>
        </w:rPr>
        <w:t>Technical Support:</w:t>
      </w:r>
      <w:r>
        <w:t xml:space="preserve"> Troubleshooting and diagnostics, hardware and software setup, PC/laptop configuration, printer and peripheral support, remote desktop and VPN environments</w:t>
      </w:r>
    </w:p>
    <w:p w14:paraId="6F7F577B" w14:textId="77777777" w:rsidR="00B05CC3" w:rsidRDefault="00000000">
      <w:pPr>
        <w:spacing w:after="50"/>
      </w:pPr>
      <w:r>
        <w:rPr>
          <w:b/>
        </w:rPr>
        <w:t>Operating systems:</w:t>
      </w:r>
      <w:r>
        <w:t xml:space="preserve"> Windows, macOS, Linux, iOS</w:t>
      </w:r>
    </w:p>
    <w:p w14:paraId="034C016C" w14:textId="77777777" w:rsidR="00B05CC3" w:rsidRDefault="00000000">
      <w:pPr>
        <w:spacing w:after="50"/>
      </w:pPr>
      <w:r>
        <w:rPr>
          <w:b/>
        </w:rPr>
        <w:t>Productivity:</w:t>
      </w:r>
      <w:r>
        <w:t xml:space="preserve"> Microsoft Office / Microsoft 365</w:t>
      </w:r>
    </w:p>
    <w:p w14:paraId="15DF49E7" w14:textId="77777777" w:rsidR="00B05CC3" w:rsidRDefault="00000000">
      <w:pPr>
        <w:spacing w:after="50"/>
      </w:pPr>
      <w:r>
        <w:rPr>
          <w:b/>
        </w:rPr>
        <w:t>Networking:</w:t>
      </w:r>
      <w:r>
        <w:t xml:space="preserve"> TCP/IP fundamentals, DNS, DHCP, OPNsense firewall, VPN configuration, reverse proxy (Caddy)</w:t>
      </w:r>
    </w:p>
    <w:p w14:paraId="3222E934" w14:textId="77777777" w:rsidR="00B05CC3" w:rsidRDefault="00000000">
      <w:pPr>
        <w:spacing w:after="50"/>
      </w:pPr>
      <w:r>
        <w:rPr>
          <w:b/>
        </w:rPr>
        <w:t>Servers and Infrastructure:</w:t>
      </w:r>
      <w:r>
        <w:t xml:space="preserve"> Linux server administration, Apache, Nginx, self-hosted service deployment</w:t>
      </w:r>
    </w:p>
    <w:p w14:paraId="73DCF2E6" w14:textId="77777777" w:rsidR="00B05CC3" w:rsidRDefault="00000000">
      <w:pPr>
        <w:spacing w:after="50"/>
      </w:pPr>
      <w:r>
        <w:rPr>
          <w:b/>
        </w:rPr>
        <w:t>Tools:</w:t>
      </w:r>
      <w:r>
        <w:t xml:space="preserve"> Git, VS Code, Xcode</w:t>
      </w:r>
    </w:p>
    <w:p w14:paraId="7E5F6068" w14:textId="77777777" w:rsidR="00B05CC3" w:rsidRDefault="00000000">
      <w:pPr>
        <w:pStyle w:val="ResumeSection"/>
        <w:keepNext/>
        <w:pBdr>
          <w:bottom w:val="single" w:sz="4" w:space="2" w:color="CBD5E1"/>
        </w:pBdr>
      </w:pPr>
      <w:r>
        <w:t>TECHNICAL EXPERIENCE &amp; PROJECTS</w:t>
      </w:r>
    </w:p>
    <w:p w14:paraId="2C02638E" w14:textId="77777777" w:rsidR="00B05CC3" w:rsidRDefault="00000000">
      <w:pPr>
        <w:pStyle w:val="ResumeItem"/>
        <w:keepNext/>
      </w:pPr>
      <w:r>
        <w:t>Peer Technical Support</w:t>
      </w:r>
    </w:p>
    <w:p w14:paraId="72B1F61B" w14:textId="77777777" w:rsidR="00B05CC3" w:rsidRDefault="00000000">
      <w:pPr>
        <w:spacing w:after="40"/>
        <w:ind w:left="259" w:hanging="173"/>
      </w:pPr>
      <w:r>
        <w:t>• Helped peers install, configure, and troubleshoot Windows applications and system software, including writing custom scripts for application-specific needs.</w:t>
      </w:r>
    </w:p>
    <w:p w14:paraId="303B5A81" w14:textId="77777777" w:rsidR="00B05CC3" w:rsidRDefault="00000000">
      <w:pPr>
        <w:spacing w:after="40"/>
        <w:ind w:left="259" w:hanging="173"/>
      </w:pPr>
      <w:r>
        <w:t>• Assisted peers with Windows Server 2022 configuration, including setting up a domain controller.</w:t>
      </w:r>
    </w:p>
    <w:p w14:paraId="700BC188" w14:textId="77777777" w:rsidR="00B05CC3" w:rsidRDefault="00000000">
      <w:pPr>
        <w:spacing w:after="40"/>
        <w:ind w:left="259" w:hanging="173"/>
      </w:pPr>
      <w:r>
        <w:t>• Provided remote technical support for software, configuration, and connectivity issues.</w:t>
      </w:r>
    </w:p>
    <w:p w14:paraId="0E0C60DE" w14:textId="77777777" w:rsidR="00B05CC3" w:rsidRDefault="00000000">
      <w:pPr>
        <w:spacing w:after="40"/>
        <w:ind w:left="259" w:hanging="173"/>
      </w:pPr>
      <w:r>
        <w:t>• Tutored a classmate on IPv4 addressing and subnetting for CompTIA A+ Core 1, explaining technical concepts and troubleshooting steps in plain language.</w:t>
      </w:r>
    </w:p>
    <w:p w14:paraId="1654AA82" w14:textId="77777777" w:rsidR="00B05CC3" w:rsidRDefault="00000000">
      <w:pPr>
        <w:pStyle w:val="ResumeItem"/>
        <w:keepNext/>
      </w:pPr>
      <w:r>
        <w:t>Home Lab &amp; Self-Hosted Infrastructure</w:t>
      </w:r>
    </w:p>
    <w:p w14:paraId="491E07EE" w14:textId="77777777" w:rsidR="00B05CC3" w:rsidRDefault="00000000">
      <w:pPr>
        <w:spacing w:after="40"/>
        <w:ind w:left="259" w:hanging="173"/>
      </w:pPr>
      <w:r>
        <w:t>• Built and maintain a home lab providing self-hosted services and remote access for personal use and friends.</w:t>
      </w:r>
    </w:p>
    <w:p w14:paraId="202312F9" w14:textId="77777777" w:rsidR="00B05CC3" w:rsidRDefault="00000000">
      <w:pPr>
        <w:spacing w:after="40"/>
        <w:ind w:left="259" w:hanging="173"/>
      </w:pPr>
      <w:r>
        <w:t>• Administer a Debian-based server and OPNsense firewall, including networking, WireGuard VPN access, and remote connectivity troubleshooting.</w:t>
      </w:r>
    </w:p>
    <w:p w14:paraId="7A94ADF8" w14:textId="77777777" w:rsidR="00B05CC3" w:rsidRDefault="00000000">
      <w:pPr>
        <w:spacing w:after="40"/>
        <w:ind w:left="259" w:hanging="173"/>
      </w:pPr>
      <w:r>
        <w:t>• Deploy and maintain web services using Apache and Nginx, with Caddy for reverse proxy routing and remote service access.</w:t>
      </w:r>
    </w:p>
    <w:p>
      <w:pPr>
        <w:pStyle w:val="ResumeSection"/>
        <w:spacing w:before="40"/>
      </w:pPr>
      <w:r>
        <w:t>ADDITIONAL EXPERIENCE</w:t>
      </w:r>
    </w:p>
    <w:p>
      <w:pPr>
        <w:pStyle w:val="ResumeItem"/>
      </w:pPr>
      <w:r>
        <w:t>Division of Blind Services Library — Work Experience | Daytona Beach, FL | June 2024 - July 2024</w:t>
      </w:r>
    </w:p>
    <w:p>
      <w:pPr/>
      <w:r>
        <w:t>• Organized talking-book cartridges and other library materials while supporting general organization tasks in a structured library work environment.</w:t>
      </w:r>
    </w:p>
    <w:p>
      <w:pPr>
        <w:pStyle w:val="ResumeItem"/>
      </w:pPr>
      <w:r>
        <w:t>Kårhuset, Örebro University — Volunteer | Örebro, Sweden | January 2025 - June 2025</w:t>
      </w:r>
    </w:p>
    <w:p>
      <w:pPr/>
      <w:r>
        <w:t>• Supported events and day-to-day operations by serving food and helping maintain clean, organized common areas.</w:t>
      </w:r>
    </w:p>
    <w:p w14:paraId="389749E5" w14:textId="77777777" w:rsidR="00B05CC3" w:rsidRDefault="00000000">
      <w:pPr>
        <w:pStyle w:val="ResumeSection"/>
        <w:keepNext/>
        <w:pBdr>
          <w:bottom w:val="single" w:sz="4" w:space="2" w:color="CBD5E1"/>
        </w:pBdr>
      </w:pPr>
      <w:r>
        <w:t>EDUCATION</w:t>
      </w:r>
    </w:p>
    <w:p w14:paraId="1EFAB521" w14:textId="77777777" w:rsidR="00B05CC3" w:rsidRDefault="00000000">
      <w:pPr>
        <w:pStyle w:val="ResumeItem"/>
        <w:keepNext/>
      </w:pPr>
      <w:r>
        <w:t>University of West Florida</w:t>
      </w:r>
    </w:p>
    <w:p w14:paraId="13036BC9" w14:textId="77777777" w:rsidR="00B05CC3" w:rsidRDefault="00000000">
      <w:pPr>
        <w:spacing w:after="40"/>
      </w:pPr>
      <w:r>
        <w:rPr>
          <w:color w:val="374151"/>
        </w:rPr>
        <w:t>Computer Science Coursework: Data Structures &amp; Algorithms, Networking, Cybersecurity, Database Systems, Software Development</w:t>
      </w:r>
    </w:p>
    <w:sectPr w:rsidR="00B05CC3" w:rsidSect="00034616">
      <w:pgSz w:w="12240" w:h="15840"/>
      <w:pgMar w:top="792" w:right="792" w:bottom="792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57500217">
    <w:abstractNumId w:val="8"/>
  </w:num>
  <w:num w:numId="2" w16cid:durableId="1860774655">
    <w:abstractNumId w:val="6"/>
  </w:num>
  <w:num w:numId="3" w16cid:durableId="679812758">
    <w:abstractNumId w:val="5"/>
  </w:num>
  <w:num w:numId="4" w16cid:durableId="600528969">
    <w:abstractNumId w:val="4"/>
  </w:num>
  <w:num w:numId="5" w16cid:durableId="754135118">
    <w:abstractNumId w:val="7"/>
  </w:num>
  <w:num w:numId="6" w16cid:durableId="1123383464">
    <w:abstractNumId w:val="3"/>
  </w:num>
  <w:num w:numId="7" w16cid:durableId="276252843">
    <w:abstractNumId w:val="2"/>
  </w:num>
  <w:num w:numId="8" w16cid:durableId="1796823744">
    <w:abstractNumId w:val="1"/>
  </w:num>
  <w:num w:numId="9" w16cid:durableId="15236683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32598"/>
    <w:rsid w:val="0029639D"/>
    <w:rsid w:val="00326F90"/>
    <w:rsid w:val="007841D2"/>
    <w:rsid w:val="00AA1D8D"/>
    <w:rsid w:val="00B05CC3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CFD04D4"/>
  <w14:defaultImageDpi w14:val="300"/>
  <w15:docId w15:val="{9DC99A19-A946-49BE-9E96-AED831D229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80" w:line="259" w:lineRule="auto"/>
    </w:pPr>
    <w:rPr>
      <w:rFonts w:ascii="Arial" w:hAnsi="Arial"/>
      <w:color w:val="111827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ResumeName">
    <w:name w:val="Resume Name"/>
    <w:pPr>
      <w:spacing w:after="60"/>
    </w:pPr>
    <w:rPr>
      <w:rFonts w:ascii="Arial" w:hAnsi="Arial"/>
      <w:b/>
      <w:color w:val="111827"/>
      <w:sz w:val="44"/>
    </w:rPr>
  </w:style>
  <w:style w:type="paragraph" w:customStyle="1" w:styleId="ResumeSection">
    <w:name w:val="Resume Section"/>
    <w:pPr>
      <w:spacing w:before="200" w:after="100"/>
    </w:pPr>
    <w:rPr>
      <w:rFonts w:ascii="Arial" w:hAnsi="Arial"/>
      <w:b/>
      <w:color w:val="111827"/>
    </w:rPr>
  </w:style>
  <w:style w:type="paragraph" w:customStyle="1" w:styleId="ResumeItem">
    <w:name w:val="Resume Item"/>
    <w:pPr>
      <w:spacing w:before="100" w:after="40"/>
    </w:pPr>
    <w:rPr>
      <w:rFonts w:ascii="Arial" w:hAnsi="Arial"/>
      <w:b/>
      <w:color w:val="1118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yperlink" Target="https://github.com/alexh235" TargetMode="External"/><Relationship Id="rId3" Type="http://schemas.openxmlformats.org/officeDocument/2006/relationships/styles" Target="styles.xml"/><Relationship Id="rId7" Type="http://schemas.openxmlformats.org/officeDocument/2006/relationships/hyperlink" Target="mailto:alexhawkins011@gmail.com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alexhawkins.dev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407</Words>
  <Characters>2325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2727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Alex Hawkins | Resume</dc:title>
  <dc:subject/>
  <dc:creator>python-docx</dc:creator>
  <cp:keywords/>
  <dc:description>generated by python-docx</dc:description>
  <cp:lastModifiedBy>Alex Hawkins</cp:lastModifiedBy>
  <cp:revision>2</cp:revision>
  <dcterms:created xsi:type="dcterms:W3CDTF">2013-12-23T23:15:00Z</dcterms:created>
  <dcterms:modified xsi:type="dcterms:W3CDTF">2026-09-10T12:47:00Z</dcterms:modified>
  <cp:category/>
</cp:coreProperties>
</file>